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הקושי בהשגת מים נקיים באזורים רבים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מים זמינים לבריאות וללימודים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פתרונות אפשריים לבעיית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מבאר, מעיין, נחל או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מתייבשים והדרך מתארכת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במקומות רבים אין צנרת ומביאים מים ממקור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מים מזוהמים פוגעים בבריאות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פחות זמן הליכה למים משמעו יותר זמן ללימודים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בעיה או פתרון?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מתייבשים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לוותר על רחצה ארוכה אבל לא על שתייה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הצעה מעשית (באר, מסנן, מכל גשם), שיתוף התושבים בתכנון ובתחזוקה, התייחסות לחיסכון בזמן ובבריאות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זמינות המים לבין התשתית להביא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מים קרובים ללימודים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פתרון כמו באר, מסנן או איסוף מי גשמים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כמה פעמים ביום התלמידים פותחים ברז, כדי ליצור חיבור אישי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במשימת המיון בין בעיה לפתרון, כדי לוודא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המפה מתאימה לעבודה בזוגות עם אטלס או מפת עולם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המים שלי?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ילדים ונשים באזורים יבשים בעולם שצריכים ללכת מרחק רב כדי להביא מים הביתה, ועל הדרך שבה באר קרובה יכולה לשנות חיים שלמים.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בור  ·  בסיסי  ·  מתייבשים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מאילו מקורות מביאים מים באזורים בלי צנרת?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מבאר, מעיין, נחל או 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למקורות המים הקרובים כשיש פחות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מתייבשים והדרך מתארכת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נעשים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מתמלאים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הבתים בעולם יש ברז עם מים זורמים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מים לא נקיים עלולים לגרום למחלות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באר קרובה יכולה לעזור לילדים להגיע לבית הספר בזמן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בעיה או פתרון?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באר עם משאבה ידנית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המים אינם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מקור המים רחוק מהכפר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מסנן פשוט לטיהור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הם הצורך ה__________ ביותר של כל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באזורים יבשים צריך להביא מים ממקור כמו באר, מעיין, נחל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כשיש פחות גשם, המקורות הקרובים __________ והדרך מתארכת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היו הדברים הראשונים שהייתם מוותרים עליהם ביום בלי ברז בבית, ועל מה לא הייתם מוותרים?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תכננו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הייתם יכולים לתכנן פרויקט מים לכפר רחוק - מה הייתם בונים, ואיך הייתם משתפים את תושבי הכפר בתהליך?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מחסור פיזי במים למחסור כלכלי במים?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באר קרובה יכולה לשנות את חיי הילדים בכפר?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המים שלי?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