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המים שלי?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הקושי בהשגת מים נקיים באזורים רבים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מים זמינים לבריאות וללימודים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פתרונות אפשריים לבעיית מחסור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מבאר, מעיין, נחל או 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הם מתייבשים והדרך מתארכת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הכפר הופך לעיר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ילדים ונשים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 הזמן והכוח שנחסכים הולכים ללימודים, לבריאות ולפרנסה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במחסור כלכלי המים קיימים אבל אין תשתית להביא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במקומות רבים אין צנרת ומביאים מים ממקור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מים מזוהמים פוגעים בבריאות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פחות זמן הליכה למים משמעו יותר זמן ללימודים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מחסור יכול להיגרם גם מחוסר תשתית, גם כשיש מים זמינים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בעיה או פתרון?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(פתרון)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מתייבשים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למשל לוותר על רחצה ארוכה אבל לא על 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הם מכירים את הצרכים המקומיים; כי הם ילמדו לתחזק את המערכת בעצמם לטווח ארוך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תכננו 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הצעה מעשית (באר, מסנן, מכל גשם), שיתוף התושבים בתכנון ובתחזוקה, התייחסות לחיסכון בזמן ובבריאות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ההבדל בין זמינות המים לבין התשתית להביא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בין מים קרובים ללימודים ולבריאות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פתרון כמו באר, מסנן או איסוף מי גשמים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כמה פעמים ביום התלמידים פותחים ברז, כדי ליצור חיבור אישי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פתוח במשימת המיון בין בעיה לפתרון, כדי לוודא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המפה מתאימה לעבודה בזוגות עם אטלס או מפת עולם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המים שלי?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לומדים: במקומות רבים בעולם אין ברז בבית. צריך ללכת רחוק להביא מים. זה לוקח זמן וכוח. באר קרובה עוזרת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צינורות שמביאים מים הביתה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מים יוצאים מהאדמה בטבע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חור עמוק באדמה שממנו שואבים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שמוציא או מזיז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אין מספיק ממשהו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(כמו צנרת או כבישים) שמאפשרת שירות לציבור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אנרגיית 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חשמל שמופק מקרני השמש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מביאים מים כשאין ברז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מבאר, מעיין, נחל או 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ממכוניות מים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כשיורד פחות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מתייבשים והדרך מתארכת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נעשים מלוחים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מתמלאים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קורה להם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כתוב כיתרון של באר קרובה?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מגיעים לבית הספר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נקיים שומרים על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 זמן לגינה ולפרנסה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הכפר הופך לעיר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בדרך כלל הולך להביא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גברים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ילדים ונשים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זקנים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מים קרובים נקראים הזדמנות?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אפשר למכור אותם בזול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מאפשרים לרחוץ יותר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הזמן והכוח שנחסכים הולכים ללימודים, לבריאות ולפרנסה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מושכים 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ההבדל בין שני סוגי מחסור במים?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במחסור כלכלי המים קיימים אבל אין תשתית להביא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במחסור פיזי המים יקרים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מחסור כלכלי קורה רק בערים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הבתים בעולם יש ברז עם מים זורמים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לא נקיים עלולים לגרום למחלות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 קרובה יכולה לעזור לילדים להגיע לבית הספר בזמן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מחסור במים נגרם תמיד רק מחוסר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בעיה או פתרון?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באר עם משאבה ידנית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המים אינם נקיים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מקור המים רחוק מהכפר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מסנן פשוט לטיהור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המעיין התייבש בשנה יבשה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מכל לאיסוף מי גשמים מהגג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פתרון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מים הם הצורך ה__________ ביותר של כל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באזורים יבשים צריך להביא מים ממקור כמו באר, מעיין, נחל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כשיש פחות גשם, המקורות הקרובים __________ והדרך מתארכת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במקומות רבים מתקינים משאבות שפועלות באנרגיית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שהמים התקרבו, יותר ילדים ובמיוחד __________ מגיעים לבית הספר בקביעות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היו הדברים הראשונים שהייתם מוותרים עליהם ביום בלי ברז בבית, ועל מה לא הייתם מוותרים?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פרויקט מים מצליח יותר כשתושבי הכפר שותפים בתכנון ובתחזוקה שלו? תנו שתי סיבות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תכננו 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הייתם יכולים לתכנן פרויקט מים לכפר רחוק - מה הייתם בונים, ואיך הייתם משתפים את תושבי הכפר בתהליך?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מחסור פיזי במים למחסור כלכלי במים?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באר קרובה יכולה לשנות את חיי הילדים בכפר?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לפתרון לבעיית מחסור במים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איפה המים שלי?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